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REGULAMENTO OFICIAL</w:t>
        <w:br/>
        <w:t>CORRIDA DE 148 ANOS DE ANIVERSÁRIO – PARAMIRIM/BA</w:t>
      </w:r>
    </w:p>
    <w:p>
      <w:pPr>
        <w:pStyle w:val="Heading1"/>
      </w:pPr>
      <w:r>
        <w:t>1. APRESENTAÇÃO</w:t>
      </w:r>
    </w:p>
    <w:p>
      <w:r>
        <w:t>A CORRIDA DE 148 ANOS DE ANIVERSÁRIO DA CIDADE DE PARAMIRIM será realizada em 13 de setembro de 2026, na cidade de Paramirim/BA, com o objetivo de comemorar o aniversário do município, incentivar a prática esportiva, promover saúde, integração social, inclusão por meio do esporte e fortalecer Paramirim como palco de grandes eventos esportivos.</w:t>
      </w:r>
    </w:p>
    <w:p>
      <w:pPr>
        <w:pStyle w:val="Heading1"/>
      </w:pPr>
      <w:r>
        <w:t>2. INFORMAÇÕES GERAIS</w:t>
      </w:r>
    </w:p>
    <w:p>
      <w:r>
        <w:t>Evento: Corrida de 148 anos de aniversário</w:t>
        <w:br/>
        <w:t>Data: 13/09/2026</w:t>
        <w:br/>
        <w:t>Cidade: Paramirim – BA</w:t>
        <w:br/>
        <w:t>Largada: 06h30</w:t>
        <w:br/>
        <w:t>Local: Praça Santo Antônio</w:t>
      </w:r>
    </w:p>
    <w:p>
      <w:r>
        <w:t>Inscrições Oficiais:</w:t>
        <w:br/>
        <w:t>www.momentomajestoso.com.br</w:t>
      </w:r>
    </w:p>
    <w:p>
      <w:r>
        <w:t>Fotografia Oficial e Exclusiva:</w:t>
        <w:br/>
        <w:t>Momento Majestoso</w:t>
      </w:r>
    </w:p>
    <w:p>
      <w:pPr>
        <w:pStyle w:val="Heading1"/>
      </w:pPr>
      <w:r>
        <w:t>3. OBJETIVOS</w:t>
      </w:r>
    </w:p>
    <w:p>
      <w:r>
        <w:t>• Comemorar os 148 anos de Paramirim.</w:t>
        <w:br/>
        <w:t>• Incentivar a corrida de rua.</w:t>
        <w:br/>
        <w:t>• Promover saúde e qualidade de vida.</w:t>
        <w:br/>
        <w:t>• Integrar atletas e comunidade.</w:t>
        <w:br/>
        <w:t>• Incentivar a inclusão social.</w:t>
        <w:br/>
        <w:t>• Valorizar o turismo esportivo.</w:t>
      </w:r>
    </w:p>
    <w:p>
      <w:pPr>
        <w:pStyle w:val="Heading1"/>
      </w:pPr>
      <w:r>
        <w:t>4. PERCURSOS E CATEGORIAS</w:t>
      </w:r>
    </w:p>
    <w:p>
      <w:r>
        <w:t>Modalidades:</w:t>
        <w:br/>
        <w:t>• Corrida 5 km</w:t>
        <w:br/>
        <w:t>• Corrida PCD 5 km</w:t>
      </w:r>
    </w:p>
    <w:p>
      <w:r>
        <w:t>Categorias Masculino/Feminino:</w:t>
        <w:br/>
        <w:t>14–19, 20–29, 30–39, 40–49, 50–59 e 60+.</w:t>
      </w:r>
    </w:p>
    <w:p>
      <w:r>
        <w:t>A idade considerada será a de 31/12/2026.</w:t>
      </w:r>
    </w:p>
    <w:p>
      <w:pPr>
        <w:pStyle w:val="Heading1"/>
      </w:pPr>
      <w:r>
        <w:t>5. INSCRIÇÕES</w:t>
      </w:r>
    </w:p>
    <w:p>
      <w:r>
        <w:t>Período: até 07/09/2026 ou esgotamento das vagas.</w:t>
      </w:r>
    </w:p>
    <w:p>
      <w:r>
        <w:t>LOTE 1 – Até 14 de julho de 2026</w:t>
        <w:br/>
        <w:t>• R$ 70,00 – atletas de outras cidades.</w:t>
        <w:br/>
        <w:t>• R$ 55,00 – moradores de Paramirim.</w:t>
      </w:r>
    </w:p>
    <w:p>
      <w:r>
        <w:t>LOTE 2 – De 15 de julho até 14 de agosto de 2026</w:t>
        <w:br/>
        <w:t>• R$ 90,00 – atletas de outras cidades.</w:t>
        <w:br/>
        <w:t>• R$ 75,00 – moradores de Paramirim.</w:t>
      </w:r>
    </w:p>
    <w:p>
      <w:r>
        <w:t>LOTE 3 – A partir de 15 de agosto de 2026</w:t>
        <w:br/>
        <w:t>• Valores: A definir.</w:t>
      </w:r>
    </w:p>
    <w:p>
      <w:r>
        <w:t>Será aplicada taxa operacional de 10% referente aos serviços tecnológicos, financeiros e administrativos da plataforma.</w:t>
      </w:r>
    </w:p>
    <w:p>
      <w:pPr>
        <w:pStyle w:val="Heading1"/>
      </w:pPr>
      <w:r>
        <w:t>6. BENEFÍCIOS</w:t>
      </w:r>
    </w:p>
    <w:p>
      <w:r>
        <w:t>Idosos com 60 anos ou mais e atletas PCD terão direito a 50% de desconto sobre o lote vigente, conforme legislação e regras da organização.</w:t>
      </w:r>
    </w:p>
    <w:p>
      <w:pPr>
        <w:pStyle w:val="Heading1"/>
      </w:pPr>
      <w:r>
        <w:t>7. KIT DO ATLETA</w:t>
      </w:r>
    </w:p>
    <w:p>
      <w:r>
        <w:t>O kit será composto por:</w:t>
        <w:br/>
        <w:t>• Camisa oficial (inscritos até 07/09);</w:t>
        <w:br/>
        <w:t>• Número de peito;</w:t>
        <w:br/>
        <w:t>• Chip de cronometragem;</w:t>
        <w:br/>
        <w:t>• Medalha;</w:t>
        <w:br/>
        <w:t>• Hidratação;</w:t>
        <w:br/>
        <w:t>• Kit lanche;</w:t>
        <w:br/>
        <w:t>• Suporte médico.</w:t>
      </w:r>
    </w:p>
    <w:p>
      <w:r>
        <w:t>A organização poderá substituir itens do kit em caso de necessidade operacional.</w:t>
      </w:r>
    </w:p>
    <w:p>
      <w:pPr>
        <w:pStyle w:val="Heading1"/>
      </w:pPr>
      <w:r>
        <w:t>8. USO OBRIGATÓRIO DA CAMISA OFICIAL</w:t>
      </w:r>
    </w:p>
    <w:p>
      <w:r>
        <w:t>Será obrigatório o uso da camisa oficial da Corrida de 148 Anos de Aniversário de Paramirim durante toda a prova.</w:t>
      </w:r>
    </w:p>
    <w:p>
      <w:r>
        <w:t>O atleta deverá largar e concluir a prova utilizando a camisa oficial fornecida pela organização.</w:t>
      </w:r>
    </w:p>
    <w:p>
      <w:r>
        <w:t>O descumprimento poderá impedir a largada ou acarretar desclassificação, a critério da organização.</w:t>
      </w:r>
    </w:p>
    <w:p>
      <w:r>
        <w:t>Casos excepcionais poderão ser autorizados previamente pela organização.</w:t>
      </w:r>
    </w:p>
    <w:p>
      <w:pPr>
        <w:pStyle w:val="Heading1"/>
      </w:pPr>
      <w:r>
        <w:t>9. PREMIAÇÃO</w:t>
      </w:r>
    </w:p>
    <w:p>
      <w:r>
        <w:t>5 km Geral Masculino e Feminino:</w:t>
        <w:br/>
        <w:t>1º R$700 + Troféu</w:t>
        <w:br/>
        <w:t>2º R$500 + Troféu</w:t>
        <w:br/>
        <w:t>3º R$400 + Troféu</w:t>
        <w:br/>
        <w:t>4º R$300 + Troféu</w:t>
        <w:br/>
        <w:t>5º R$200 + Troféu</w:t>
      </w:r>
    </w:p>
    <w:p>
      <w:r>
        <w:t>Categorias:</w:t>
        <w:br/>
        <w:t>Troféu do 1º ao 5º colocado.</w:t>
      </w:r>
    </w:p>
    <w:p>
      <w:r>
        <w:t>PCD:</w:t>
        <w:br/>
        <w:t>Troféu do 1º ao 3º colocado.</w:t>
      </w:r>
    </w:p>
    <w:p>
      <w:r>
        <w:t>Os premiados na classificação geral não acumulam premiação por categoria.</w:t>
      </w:r>
    </w:p>
    <w:p>
      <w:pPr>
        <w:pStyle w:val="Heading1"/>
      </w:pPr>
      <w:r>
        <w:t>10. MEDALHAS, APOIO E SEGURANÇA</w:t>
      </w:r>
    </w:p>
    <w:p>
      <w:r>
        <w:t>Todos os concluintes receberão medalha.</w:t>
      </w:r>
    </w:p>
    <w:p>
      <w:r>
        <w:t>Haverá hidratação, ambulância, equipe médica, apoio de trânsito e segurança durante todo o evento.</w:t>
      </w:r>
    </w:p>
    <w:p>
      <w:pPr>
        <w:pStyle w:val="Heading1"/>
      </w:pPr>
      <w:r>
        <w:t>11. ENTREGA DE KITS</w:t>
      </w:r>
    </w:p>
    <w:p>
      <w:r>
        <w:t>Data: 12/09/2026</w:t>
        <w:br/>
        <w:t>Local: A definir</w:t>
        <w:br/>
        <w:t>Horário: A definir</w:t>
      </w:r>
    </w:p>
    <w:p>
      <w:r>
        <w:t>Documentos:</w:t>
        <w:br/>
        <w:t>• Documento oficial com foto;</w:t>
        <w:br/>
        <w:t>• Comprovante de inscrição;</w:t>
        <w:br/>
        <w:t>• Comprovante de pagamento, caso solicitado.</w:t>
      </w:r>
    </w:p>
    <w:p>
      <w:r>
        <w:t>A retirada por terceiros dependerá de autorização e cópia do documento do atleta.</w:t>
      </w:r>
    </w:p>
    <w:p>
      <w:r>
        <w:t>Não serão entregues kits no dia da prova, salvo decisão da organização.</w:t>
      </w:r>
    </w:p>
    <w:p>
      <w:pPr>
        <w:pStyle w:val="Heading1"/>
      </w:pPr>
      <w:r>
        <w:t>12. CANCELAMENTO, TRANSFERÊNCIA E REEMBOLSO</w:t>
      </w:r>
    </w:p>
    <w:p>
      <w:r>
        <w:t>Cancelamento em até 7 dias da compra, conforme o Código de Defesa do Consumidor.</w:t>
      </w:r>
    </w:p>
    <w:p>
      <w:r>
        <w:t>A taxa operacional não é reembolsável.</w:t>
      </w:r>
    </w:p>
    <w:p>
      <w:r>
        <w:t>Após esse prazo não haverá reembolso.</w:t>
      </w:r>
    </w:p>
    <w:p>
      <w:r>
        <w:t>Transferências poderão ser solicitadas até 10 dias antes do evento.</w:t>
      </w:r>
    </w:p>
    <w:p>
      <w:r>
        <w:t>Nos últimos 7 dias não serão aceitos cancelamentos, transferências, alterações de modalidade ou de tamanho de camisa.</w:t>
      </w:r>
    </w:p>
    <w:p>
      <w:pPr>
        <w:pStyle w:val="Heading1"/>
      </w:pPr>
      <w:r>
        <w:t>13. REGRAS GERAIS</w:t>
      </w:r>
    </w:p>
    <w:p>
      <w:r>
        <w:t>A prova ocorrerá em qualquer condição climática, salvo risco aos participantes.</w:t>
      </w:r>
    </w:p>
    <w:p>
      <w:r>
        <w:t>O número de peito deverá permanecer visível.</w:t>
      </w:r>
    </w:p>
    <w:p>
      <w:r>
        <w:t>O atleta declara estar apto fisicamente.</w:t>
      </w:r>
    </w:p>
    <w:p>
      <w:r>
        <w:t>Condutas antidesportivas poderão gerar desclassificação.</w:t>
      </w:r>
    </w:p>
    <w:p>
      <w:r>
        <w:t>A organização não se responsabiliza por objetos pessoais.</w:t>
      </w:r>
    </w:p>
    <w:p>
      <w:pPr>
        <w:pStyle w:val="Heading1"/>
      </w:pPr>
      <w:r>
        <w:t>14. DIREITO DE IMAGEM E LGPD</w:t>
      </w:r>
    </w:p>
    <w:p>
      <w:r>
        <w:t>Ao efetivar a inscrição, o atleta autoriza gratuitamente o uso de sua imagem em fotos e vídeos do evento e concorda com o tratamento dos dados pessoais necessários à organização da prova.</w:t>
      </w:r>
    </w:p>
    <w:p>
      <w:pPr>
        <w:pStyle w:val="Heading1"/>
      </w:pPr>
      <w:r>
        <w:t>15. DISPOSIÇÕES FINAIS</w:t>
      </w:r>
    </w:p>
    <w:p>
      <w:r>
        <w:t>Ao concluir a inscrição, o atleta declara ter lido e aceitado este regulamento.</w:t>
      </w:r>
    </w:p>
    <w:p>
      <w:r>
        <w:t>Casos omissos serão resolvidos pela organização.</w:t>
      </w:r>
    </w:p>
    <w:p>
      <w:pPr>
        <w:pStyle w:val="Heading1"/>
      </w:pPr>
      <w:r>
        <w:t>16. ORGANIZAÇÃO</w:t>
      </w:r>
    </w:p>
    <w:p>
      <w:r>
        <w:t>Organização:</w:t>
        <w:br/>
        <w:t>Leo Maratonista</w:t>
        <w:br/>
        <w:t>(77) 99946-4943</w:t>
        <w:br/>
        <w:t>Instagram: @leo_maratonista</w:t>
      </w:r>
    </w:p>
    <w:p>
      <w:r>
        <w:t>Assessoria:</w:t>
        <w:br/>
        <w:t>CR Eventos / Momento Majestoso</w:t>
        <w:br/>
        <w:t>(77) 99837-5716</w:t>
        <w:br/>
        <w:t>Instagram: @momentomajestoso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